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📘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A63C06"/>
          <w:sz w:val="48"/>
          <w:rtl/>
          <w:szCs w:val="48"/>
          <w:bCs/>
        </w:rPr>
        <w:t>מדריך למורה ולהורה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סיפור חברתי מותאם – בונים צעד אחר צעד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בחוברת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✍️ איך כותבים סיפור יחד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📖 איך קוראים יחד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🗓️ באיזו תדירות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🌗 הפחתה הדרגתית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✅ רשימת בדיקה לפני הדפסה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📝 דף העבודה “הסיפור שלי”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💬 אם אתם משתמשים בכלי שיחה ליצירת סיפור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מפת התאמות והנגשות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✍️ איך כותבים סיפור יחד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הסיפור הכי טוב נכתב יחד עם הקורא/ת, או לפחות אחרי שמקשיבים לו/לה. כך הוא מדויק, אמיתי ומרגיש “שלי”.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מתבוננים: מה בדיוק קורה במצב? איפה, מתי, מי שם, מה רואים ושומעים?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שואלים: מה הכי קשה לך במצב הזה? מה עוזר לך?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בוחרים מצב אחד בלבד לכל סיפור – לא “כל היום בבית הספר” אלא “התור למזנון”.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כותבים בגוף ראשון, בזמן הווה ובשפה של הקורא/ת (אפשר גם גוף שלישי לבני נוער).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שומרים על האיזון: הרבה תיאור, נקודת מבט וחיזוק – ומעט “מה אני יכול/ה לנסות”.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מוסיפים תמונה פשוטה לכל עמוד, עם אותה דמות.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קוראים בקול ובודקים: האם זה נכון? האם זה מרגיע? האם יש מילה מבלבלת?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📖 איך קוראים יחד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ברגע רגוע – לא באמצע סערה, ולא כעונש.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יושבים זה לצד זה, מצביעים על התמונה ונותנים לקורא/ת להפוך את הדף.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לאט, בקול נעים. אפשר להשתמש בכפתור ההקראה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עוצרים לשאלות: “מה הדמות מרגישה כאן?” “מה עוד אפשר לעשות?”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משאירים את הסיפור זמין – בתיק, על השולחן, בטלפון של ההורה.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🗓️ באיזו תדירות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לפני מצב צפוי: פעם ביום, כמה ימים לפני, ועוד פעם ממש לפני.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למיומנות חדשה: פעם ביום במשך שבוע–שבועיים.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אחרי שהמצב עבר בהצלחה – מציינים את זה! (“ראית? בדיוק כמו בסיפור”).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אין צורך “לשנן” – הסיפור הוא תזכורת נעימה, לא מבחן.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🌗 הפחתה הדרגתית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המטרה היא שהקורא/ת יצטרך/תצטרך את הסיפור פחות ופחות. עושים זאת בהדרגה: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מצמצמים את התדירות: מכל יום – לפעם ביומיים – לפי הצורך.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מעבירים את הסיפור לקורא/ת: הוא/היא קורא/ת לבד או מספר/ת במילים שלו/ה.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מקצרים: משאירים רק את עמודי הליבה (בבונה – פחות עמודים או “משפט קצר”).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משאירים כרטיס קטן עם משפט אחד ותמונה אחת – למשל “אני יכול/ה לנשום לאט”.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כשהמצב משתנה – מעדכנים את הסיפור. סיפור ישן ולא מדויק עלול לבלבל.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✅ רשימת בדיקה לפני הדפסה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בדיקה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הסיפור עוסק במצב אחד ברור.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כתוב בגוף ראשון (או שלישי לבני נוער), בזמן הווה.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 יותר תיאור, נקודת מבט וחיזוק מאשר הוראות.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אין “אסור”, “חייב”, “תמיד” – יש “לפעמים”, “בדרך כלל”, “אני יכול/ה לנסות”.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הלשון מתאימה לקורא/ת (זכר / נקבה / ניטרלית).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אורך המשפטים והניקוד מתאימים לרמת הקריאה.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בכל עמוד תמונה אחת ברורה, אותה דמות לאורך כל הסיפור.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אין שם מלא, שם בית ספר, כתובת או פרטים רפואיים.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העמוד האחרון מסתיים בחיזוק חם.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קראנו את הסיפור בקול – והוא מרגיע.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📝 דף העבודה “הסיפור שלי”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חוברת עבודה מודפסת שבה הקורא/ת (עם מבוגר/ת) מתכנן/ת סיפור משלו/ה: המצב, הרגשות, מה אחרים מרגישים, מה אפשר לנסות, תכנון עמודים, בדיקת איזון, כרטיסי משפטים לגזירה, יומן קריאה וכרטיס יציאה. יש גרסה לכל מסלול: יסודי (אותיות גדולות), חט״ב ותיכון, חנ״מ (סימון במקום כתיבה) ועולים חדשים (עברית פשוטה + מילים בשש שפות). הקבצים בעמוד הקבצים.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💬 אם אתם משתמשים בכלי שיחה ליצירת סיפור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כלי שיחה ממוחשבים יכולים לעזור בניסוח טיוטה ראשונה. הם לא מכירים את הילד/ה – אתם כן. לכן תמיד קוראים, מתקנים ומתאימים לפני שמשתמשים.</w:t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🔒 כלל הפרטיות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לא מקלידים שם מלא, שם בית ספר, כתובת, תמונה, אבחנה או פרטים רפואיים.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משתמשים בכינוי בדוי בלבד – ומחליפים לשם האמיתי רק בעותק המודפס בבית או בכיתה.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לא מעלים תמונות של ילדים.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תבנית בקשה מוכנה (מחליפים את מה שבסוגריים המרובעים):</w:t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📋 תבנית בקשה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את/ה עוזר/ת כתיבה לסיפורים חברתיים לילדים ולבני נוער.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כתוב/כתבי סיפור חברתי בעברית על המצב: [תיאור קצר של המצב, למשל: "מורה מחליפה בשיעור מתמטיקה"].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הקורא/ת: כינוי [כינוי בלבד – לא שם מלא], גיל [למשל: כיתה ב׳], לשון [זכר / נקבה / ניטרלית].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רמת קריאה: [עם ניקוד מלא / בלי ניקוד], משפטים [קצרים מאוד – עד 8 מילים / רגילים].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מבנה: [6] עמודים. בכל עמוד 1–2 משפטים בגוף ראשון, בזמן הווה, בטון רגוע וחיובי.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איזון: רוב המשפטים מתארים מה קורה, מה אחרים מרגישים, ומשפטי חיזוק. לכל היותר עמוד אחד או שניים עם "אני יכול/ה לנסות…". בלי "אסור", "חייב" או "תמיד"; השתמש/י ב"בדרך כלל" ו"לפעמים".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בסוף כל עמוד הוסף/הוסיפי בסוגריים תיאור קצר של תמונה פשוטה לאותו עמוד, עם אותה דמות בכל העמודים.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העמוד האחרון: משפט חיזוק חם.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אחרי שמתקבלת טיוטה – בודקים אותה מול רשימת הבדיקה למעלה.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מבקשים שינויים פשוטים: “קצר/י את המשפטים”, “הוסף/י עמוד על מה שהמורה מרגישה”.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מעתיקים את הטקסט לבונה באתר (“מצב אחר – אכתוב בעצמי” ואז ✏️ עריכה) כדי לקבל דמות קבועה, הקראה והדפסה כחוברת.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🗺️ מפת התאמות והנגשות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מסלול</w:t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מותאם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יסודי · רגיל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ניקוד מלא, 6 עמודים, דמות שמחה, כפתורים גדולים וסמלים.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יסודי · חנ״מ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אחד בעמוד, תמונה קודם, הקראה בכל עמוד, אותיות גדולות, בלי טיימרים.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יסודי · עולים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פשוט + מילון חזותי בלחיצה (סמל + 6 שפות), הקראה לשמיעת ההגייה.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חט״ב · רגיל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בלי ניקוד, 8 עמודים, אפשר גוף שלישי, עריכה חופשית.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חט״ב · חנ״מ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אחד בעמוד, עיצוב וצבעים קבועים לכל סוג משפט, הקראה, בלי טיימרים.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חט״ב · עולים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בלי ניקוד אבל משפטים קצרים ותחביר פשוט, מילון בלחיצה.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תיכון · רגיל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שפה בוגרת, הקורא/ת כותב/ת ועורך/ת בעצמו/ה, “תסריט אישי”.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תיכון · חנ״מ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חלוקה למקטעים (עמוד אחר עמוד), הקראה, בלי טיימרים.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תיכון · עולים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מילון בלחיצה על מילים מורכבות, עברית ברורה, אפשרות לקצר.</w:t>
            </w:r>
          </w:p>
        </w:tc>
      </w:tr>
    </w:tbl>
    <w:p>
      <w:pPr>
        <w:bidi/>
        <w:jc w:val="right"/>
      </w:pP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מדריך למורה ולהורה – סיפור חברתי מותאם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