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</w:p>
    <w:p>
      <w:pPr>
        <w:bidi/>
        <w:jc w:val="center"/>
      </w:pPr>
      <w:r>
        <w:rPr>
          <w:rFonts w:ascii="Arial" w:hAnsi="Arial" w:cs="Arial"/>
          <w:sz w:val="80"/>
          <w:rtl/>
          <w:szCs w:val="80"/>
        </w:rPr>
        <w:t>📘</w:t>
      </w:r>
    </w:p>
    <w:p>
      <w:pPr>
        <w:bidi/>
        <w:pStyle w:val="Title"/>
        <w:jc w:val="center"/>
      </w:pPr>
      <w:r>
        <w:rPr>
          <w:rFonts w:ascii="Arial" w:hAnsi="Arial" w:cs="Arial"/>
          <w:b/>
          <w:color w:val="A63C06"/>
          <w:sz w:val="48"/>
          <w:rtl/>
          <w:szCs w:val="48"/>
          <w:bCs/>
        </w:rPr>
        <w:t>הסיפור שלי</w:t>
      </w:r>
    </w:p>
    <w:p>
      <w:pPr>
        <w:bidi/>
        <w:jc w:val="center"/>
      </w:pPr>
      <w:r>
        <w:rPr>
          <w:rFonts w:ascii="Arial" w:hAnsi="Arial" w:cs="Arial"/>
          <w:color w:val="555577"/>
          <w:sz w:val="28"/>
          <w:rtl/>
          <w:szCs w:val="28"/>
        </w:rPr>
        <w:t>חוברת עבודה לתכנון סיפור חברתי · חט״ב ותיכון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בחוברת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המצב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מה אני מרגיש/ה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מה אחרים מרגישים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4. מה אני יכול/ה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5. משפט חיזוק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6. תכנון העמודים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7. בדיקת איזון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8. כרטיסי משפטים לגזירה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9. יומן קריאה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10.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🔒 כותבים רק כינוי – לא שם מלא, לא שם בית ספר ולא פרטים אישיים.</w:t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1 · המצב שלי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מצב אני רוצה להבין טוב יותר? (מצב אחד, מדויק)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איפה?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מתי?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מי שם?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2 · מה אני מרגיש/ה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סמנו ☐ ליד הרגש (אפשר יותר מאחד):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רגש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😊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שמחה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דאגה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😠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כעס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😢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עצב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😮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הפתעה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😌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רוגע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😳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מבוכה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 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בלבול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גורם לי להרגיש כך?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3 · מה אחרים מרגישים או חושבים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מי עוד נמצא במצב? מה הוא/היא אולי מרגיש/ה?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4 · מה אני יכול/ה לנסות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סמנו 1–2 דברים שעוזרים לי: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עוזר לי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לנשום לאט ולספור עד 5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לבקש עזרה ממבוגר/ת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לשים אוזניות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ללכת לפינה שקטה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לשתות מים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לחבק חפץ מרגיע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להגיד במילים מה אני צריך/ה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לצייר או לכתוב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☐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אחר: ____________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5 · משפט חיזוק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משפט חם שאני רוצה לשמוע בסוף. למשל: “אני גאה בעצמי.” “כל צעד קטן הוא הצלחה.”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2B8A3E"/>
          <w:sz w:val="32"/>
          <w:rtl/>
          <w:szCs w:val="32"/>
          <w:bCs/>
        </w:rPr>
        <w:t>6 · תכנון העמודים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בכל עמוד: מה רואים בתמונה ומה כתוב. סמנו את סוג המשפט: ת = תיאור · נ = נקודת מבט · ח = חיזוק · י = אני יכול/ה לנסות.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עמוד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רואים בתמונה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כתוב</w:t>
            </w:r>
          </w:p>
        </w:tc>
        <w:tc>
          <w:tcPr>
            <w:tcW w:type="dxa" w:w="2606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8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 / נ / ח / י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7 · בדיקת איזון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סוג משפט</w:t>
            </w:r>
          </w:p>
        </w:tc>
        <w:tc>
          <w:tcPr>
            <w:tcW w:type="dxa" w:w="5213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כמה עמודים?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📍 תיאור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💭 נקודת מבט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🌟 חיזוק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🧭 אני יכול/ה לנסות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☐ יש לפחות פי 2 משפטי תיאור, נקודת מבט וחיזוק לעומת “אני יכול/ה לנסות”.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☐ העמוד האחרון הוא חיזוק.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8 · כרטיסי משפטים לגזירה – מיינו לפי סוג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88888"/>
          <w:left w:val="dashed" w:sz="8" w:color="888888"/>
          <w:bottom w:val="dashed" w:sz="8" w:color="888888"/>
          <w:right w:val="dashed" w:sz="8" w:color="888888"/>
          <w:insideH w:val="dashed" w:sz="8" w:color="888888"/>
          <w:insideV w:val="dashed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בהפסקה הרבה ילדים יוצאים לחצר.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📍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4DABF7"/>
                <w:sz w:val="24"/>
                <w:rtl/>
                <w:szCs w:val="24"/>
                <w:bCs/>
              </w:rPr>
              <w:t>תיאור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לפעמים יש רעש חזק.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המורה שמחה כשאני מצטרף/ת.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9775FA"/>
                <w:sz w:val="24"/>
                <w:rtl/>
                <w:szCs w:val="24"/>
                <w:bCs/>
              </w:rPr>
              <w:t>נקודת מבט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גם חברים שלי מרגישים לפעמים לחץ.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זה בסדר להרגיש ככה.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🌟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FAB005"/>
                <w:sz w:val="24"/>
                <w:rtl/>
                <w:szCs w:val="24"/>
                <w:bCs/>
              </w:rPr>
              <w:t>חיזוק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כל צעד קטן הוא הצלחה.</w:t>
            </w:r>
          </w:p>
        </w:tc>
      </w:tr>
      <w:tr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לנשום לאט.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🧭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20C997"/>
                <w:sz w:val="24"/>
                <w:rtl/>
                <w:szCs w:val="24"/>
                <w:bCs/>
              </w:rPr>
              <w:t>אני יכול/ה לנסות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  <w:t>אני יכול/ה לבקש עזרה.</w:t>
            </w:r>
          </w:p>
        </w:tc>
        <w:tc>
          <w:tcPr>
            <w:tcW w:type="dxa" w:w="3213"/>
          </w:tcPr>
          <w:p>
            <w:pPr>
              <w:bidi/>
              <w:jc w:val="center"/>
            </w:pPr>
            <w:r>
              <w:rPr>
                <w:rFonts w:ascii="Arial" w:hAnsi="Arial" w:cs="Arial"/>
                <w:sz w:val="44"/>
                <w:rtl/>
                <w:szCs w:val="44"/>
              </w:rPr>
              <w:t>🃏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b/>
                <w:color w:val="ADB5BD"/>
                <w:sz w:val="24"/>
                <w:rtl/>
                <w:szCs w:val="24"/>
                <w:bCs/>
              </w:rPr>
              <w:t>ריק</w:t>
            </w:r>
          </w:p>
          <w:p>
            <w:pPr>
              <w:bidi/>
              <w:jc w:val="center"/>
            </w:pPr>
            <w:r>
              <w:rPr>
                <w:rFonts w:ascii="Arial" w:hAnsi="Arial" w:cs="Arial"/>
                <w:sz w:val="19"/>
                <w:rtl/>
                <w:szCs w:val="19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color w:val="2B8A3E"/>
          <w:sz w:val="26"/>
          <w:rtl/>
          <w:szCs w:val="26"/>
          <w:bCs/>
        </w:rPr>
        <w:t>▌ 9 · יומן קריאה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תאריך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קראתי עם…</w:t>
            </w:r>
          </w:p>
        </w:tc>
        <w:tc>
          <w:tcPr>
            <w:tcW w:type="dxa" w:w="3475"/>
            <w:shd w:val="clear" w:fill="FFE8CC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איך הרגשתי? 😊 😐 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10 ·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אחד שלמדתי מהסיפור שלי: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מה אני רוצה לנסות בפעם הבאה: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אני מרגיש/ה עכשיו?   😊   😐   😟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הסיפור שלי – חוברת עבודה · חט״ב ותיכון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